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2C38A" w14:textId="77777777" w:rsidR="00092945" w:rsidRDefault="00092945" w:rsidP="00092945">
      <w:pPr>
        <w:spacing w:after="360"/>
        <w:jc w:val="center"/>
        <w:rPr>
          <w:b/>
        </w:rPr>
      </w:pPr>
      <w:r w:rsidRPr="00994600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5D6F5726" wp14:editId="136F254C">
            <wp:extent cx="581025" cy="591244"/>
            <wp:effectExtent l="0" t="0" r="0" b="0"/>
            <wp:docPr id="158698067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29" cy="621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3D786" w14:textId="409C5B99" w:rsidR="00711AC3" w:rsidRPr="00092945" w:rsidRDefault="00FE320C" w:rsidP="00092945">
      <w:pPr>
        <w:spacing w:after="360"/>
        <w:jc w:val="center"/>
        <w:rPr>
          <w:b/>
        </w:rPr>
      </w:pPr>
      <w:r>
        <w:rPr>
          <w:b/>
        </w:rPr>
        <w:t>T.C.</w:t>
      </w:r>
      <w:r>
        <w:rPr>
          <w:b/>
        </w:rPr>
        <w:br/>
        <w:t>YILDIZ TEKNİK ÜNİVERSİTESİ</w:t>
      </w:r>
      <w:r>
        <w:rPr>
          <w:b/>
        </w:rPr>
        <w:br/>
      </w:r>
      <w:proofErr w:type="spellStart"/>
      <w:r>
        <w:rPr>
          <w:b/>
        </w:rPr>
        <w:t>Sağlık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Kültür</w:t>
      </w:r>
      <w:proofErr w:type="spellEnd"/>
      <w:r w:rsidR="008824BC">
        <w:rPr>
          <w:b/>
        </w:rPr>
        <w:t xml:space="preserve"> </w:t>
      </w:r>
      <w:proofErr w:type="spellStart"/>
      <w:r w:rsidR="008824BC">
        <w:rPr>
          <w:b/>
        </w:rPr>
        <w:t>ve</w:t>
      </w:r>
      <w:proofErr w:type="spellEnd"/>
      <w:r w:rsidR="008824BC">
        <w:rPr>
          <w:b/>
        </w:rPr>
        <w:t xml:space="preserve"> Spor</w:t>
      </w:r>
      <w:r>
        <w:rPr>
          <w:b/>
        </w:rPr>
        <w:t xml:space="preserve"> Daire </w:t>
      </w:r>
      <w:proofErr w:type="spellStart"/>
      <w:r>
        <w:rPr>
          <w:b/>
        </w:rPr>
        <w:t>Başkanlığına</w:t>
      </w:r>
      <w:proofErr w:type="spellEnd"/>
      <w:r>
        <w:rPr>
          <w:b/>
        </w:rPr>
        <w:t>,</w:t>
      </w:r>
    </w:p>
    <w:p w14:paraId="7C3008B1" w14:textId="77777777" w:rsidR="00711AC3" w:rsidRDefault="00FE320C">
      <w:pPr>
        <w:spacing w:after="280" w:line="300" w:lineRule="auto"/>
        <w:jc w:val="both"/>
      </w:pPr>
      <w:proofErr w:type="spellStart"/>
      <w:r>
        <w:t>Aşağıda</w:t>
      </w:r>
      <w:proofErr w:type="spellEnd"/>
      <w:r>
        <w:t xml:space="preserve"> </w:t>
      </w:r>
      <w:proofErr w:type="spellStart"/>
      <w:r>
        <w:t>bilgileri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velisi</w:t>
      </w:r>
      <w:proofErr w:type="spellEnd"/>
      <w:r>
        <w:t xml:space="preserve"> </w:t>
      </w:r>
      <w:proofErr w:type="spellStart"/>
      <w:r>
        <w:t>olduğum</w:t>
      </w:r>
      <w:proofErr w:type="spellEnd"/>
      <w:r>
        <w:t xml:space="preserve"> ................................................................................'nın T.C. Yıldız Teknik </w:t>
      </w:r>
      <w:proofErr w:type="spellStart"/>
      <w:r>
        <w:t>Üniversitesi</w:t>
      </w:r>
      <w:proofErr w:type="spellEnd"/>
      <w:r>
        <w:t xml:space="preserve"> </w:t>
      </w:r>
      <w:proofErr w:type="spellStart"/>
      <w:r>
        <w:t>Sağlık</w:t>
      </w:r>
      <w:proofErr w:type="spellEnd"/>
      <w:r>
        <w:t xml:space="preserve"> </w:t>
      </w:r>
      <w:proofErr w:type="spellStart"/>
      <w:r>
        <w:t>Kültür</w:t>
      </w:r>
      <w:proofErr w:type="spellEnd"/>
      <w:r>
        <w:t xml:space="preserve"> Spor </w:t>
      </w:r>
      <w:proofErr w:type="spellStart"/>
      <w:r>
        <w:t>Dairesi</w:t>
      </w:r>
      <w:proofErr w:type="spellEnd"/>
      <w:r>
        <w:t xml:space="preserve"> </w:t>
      </w:r>
      <w:proofErr w:type="spellStart"/>
      <w:r>
        <w:t>Başkanlığına</w:t>
      </w:r>
      <w:proofErr w:type="spellEnd"/>
      <w:r>
        <w:t xml:space="preserve"> </w:t>
      </w:r>
      <w:proofErr w:type="spellStart"/>
      <w:r>
        <w:t>bağlı</w:t>
      </w:r>
      <w:proofErr w:type="spellEnd"/>
      <w:r>
        <w:t xml:space="preserve"> </w:t>
      </w:r>
      <w:proofErr w:type="spellStart"/>
      <w:r>
        <w:t>Yarı</w:t>
      </w:r>
      <w:proofErr w:type="spellEnd"/>
      <w:r>
        <w:t xml:space="preserve"> </w:t>
      </w:r>
      <w:proofErr w:type="spellStart"/>
      <w:r>
        <w:t>Olimpik</w:t>
      </w:r>
      <w:proofErr w:type="spellEnd"/>
      <w:r>
        <w:t xml:space="preserve"> </w:t>
      </w:r>
      <w:proofErr w:type="spellStart"/>
      <w:r>
        <w:t>Kapalı</w:t>
      </w:r>
      <w:proofErr w:type="spellEnd"/>
      <w:r>
        <w:t xml:space="preserve"> </w:t>
      </w:r>
      <w:proofErr w:type="spellStart"/>
      <w:r>
        <w:t>Yüzme</w:t>
      </w:r>
      <w:proofErr w:type="spellEnd"/>
      <w:r>
        <w:t xml:space="preserve"> </w:t>
      </w:r>
      <w:proofErr w:type="spellStart"/>
      <w:r>
        <w:t>Havuzuna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başına</w:t>
      </w:r>
      <w:proofErr w:type="spellEnd"/>
      <w:r>
        <w:t xml:space="preserve"> </w:t>
      </w:r>
      <w:proofErr w:type="spellStart"/>
      <w:r>
        <w:t>girmesine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veriyorum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taahhütnamede</w:t>
      </w:r>
      <w:proofErr w:type="spellEnd"/>
      <w:r>
        <w:t xml:space="preserve"> 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hususları</w:t>
      </w:r>
      <w:proofErr w:type="spellEnd"/>
      <w:r>
        <w:t xml:space="preserve"> </w:t>
      </w:r>
      <w:proofErr w:type="spellStart"/>
      <w:r>
        <w:t>kabul</w:t>
      </w:r>
      <w:proofErr w:type="spellEnd"/>
      <w:r>
        <w:t xml:space="preserve"> </w:t>
      </w:r>
      <w:proofErr w:type="spellStart"/>
      <w:r>
        <w:t>ettiğimi</w:t>
      </w:r>
      <w:proofErr w:type="spellEnd"/>
      <w:r>
        <w:t xml:space="preserve"> </w:t>
      </w:r>
      <w:proofErr w:type="spellStart"/>
      <w:r>
        <w:t>belirtir</w:t>
      </w:r>
      <w:proofErr w:type="spellEnd"/>
      <w:r>
        <w:t>;</w:t>
      </w:r>
      <w:r>
        <w:br/>
      </w:r>
      <w:r>
        <w:br/>
      </w:r>
      <w:proofErr w:type="spellStart"/>
      <w:r>
        <w:t>Gereğini</w:t>
      </w:r>
      <w:proofErr w:type="spellEnd"/>
      <w:r>
        <w:t xml:space="preserve"> </w:t>
      </w:r>
      <w:proofErr w:type="spellStart"/>
      <w:r>
        <w:t>bilgilerinize</w:t>
      </w:r>
      <w:proofErr w:type="spellEnd"/>
      <w:r>
        <w:t xml:space="preserve"> </w:t>
      </w:r>
      <w:proofErr w:type="spellStart"/>
      <w:r>
        <w:t>arz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 ..... / ..... / 20...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608"/>
      </w:tblGrid>
      <w:tr w:rsidR="00711AC3" w14:paraId="3AE7C0D7" w14:textId="77777777">
        <w:trPr>
          <w:jc w:val="center"/>
        </w:trPr>
        <w:tc>
          <w:tcPr>
            <w:tcW w:w="4752" w:type="dxa"/>
          </w:tcPr>
          <w:p w14:paraId="59CA6669" w14:textId="77777777" w:rsidR="00711AC3" w:rsidRDefault="00FE320C">
            <w:pPr>
              <w:spacing w:after="80"/>
            </w:pPr>
            <w:proofErr w:type="spellStart"/>
            <w:r>
              <w:rPr>
                <w:b/>
              </w:rPr>
              <w:t>Velisi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Olduğum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Çocuğumun</w:t>
            </w:r>
            <w:proofErr w:type="spellEnd"/>
            <w:r>
              <w:rPr>
                <w:b/>
              </w:rPr>
              <w:t>;</w:t>
            </w:r>
          </w:p>
        </w:tc>
        <w:tc>
          <w:tcPr>
            <w:tcW w:w="4608" w:type="dxa"/>
          </w:tcPr>
          <w:p w14:paraId="44C7AA94" w14:textId="77777777" w:rsidR="00711AC3" w:rsidRDefault="00FE320C">
            <w:pPr>
              <w:spacing w:after="80"/>
            </w:pPr>
            <w:proofErr w:type="spellStart"/>
            <w:r>
              <w:rPr>
                <w:b/>
              </w:rPr>
              <w:t>Velinin</w:t>
            </w:r>
            <w:proofErr w:type="spellEnd"/>
            <w:r>
              <w:rPr>
                <w:b/>
              </w:rPr>
              <w:t>;</w:t>
            </w:r>
          </w:p>
        </w:tc>
      </w:tr>
      <w:tr w:rsidR="00711AC3" w14:paraId="7F159BE6" w14:textId="77777777">
        <w:trPr>
          <w:jc w:val="center"/>
        </w:trPr>
        <w:tc>
          <w:tcPr>
            <w:tcW w:w="4752" w:type="dxa"/>
          </w:tcPr>
          <w:p w14:paraId="67DDC01C" w14:textId="77777777" w:rsidR="00711AC3" w:rsidRDefault="00FE320C">
            <w:pPr>
              <w:spacing w:after="80"/>
            </w:pPr>
            <w:r>
              <w:t xml:space="preserve">T.C. </w:t>
            </w:r>
            <w:proofErr w:type="spellStart"/>
            <w:r>
              <w:t>Kimlik</w:t>
            </w:r>
            <w:proofErr w:type="spellEnd"/>
            <w:r>
              <w:t xml:space="preserve"> No: .......................................</w:t>
            </w:r>
          </w:p>
        </w:tc>
        <w:tc>
          <w:tcPr>
            <w:tcW w:w="4608" w:type="dxa"/>
          </w:tcPr>
          <w:p w14:paraId="411FE15E" w14:textId="77777777" w:rsidR="00711AC3" w:rsidRDefault="00FE320C">
            <w:pPr>
              <w:spacing w:after="80"/>
            </w:pPr>
            <w:proofErr w:type="spellStart"/>
            <w:r>
              <w:t>Adı-Soyadı</w:t>
            </w:r>
            <w:proofErr w:type="spellEnd"/>
            <w:r>
              <w:t>: ...........................................</w:t>
            </w:r>
          </w:p>
        </w:tc>
      </w:tr>
      <w:tr w:rsidR="00711AC3" w14:paraId="41549621" w14:textId="77777777">
        <w:trPr>
          <w:jc w:val="center"/>
        </w:trPr>
        <w:tc>
          <w:tcPr>
            <w:tcW w:w="4752" w:type="dxa"/>
          </w:tcPr>
          <w:p w14:paraId="7B0AD511" w14:textId="77777777" w:rsidR="00711AC3" w:rsidRDefault="00FE320C">
            <w:pPr>
              <w:spacing w:after="80"/>
            </w:pPr>
            <w:proofErr w:type="spellStart"/>
            <w:r>
              <w:t>Adı</w:t>
            </w:r>
            <w:proofErr w:type="spellEnd"/>
            <w:r>
              <w:t xml:space="preserve"> Soyadı: ...........................................</w:t>
            </w:r>
          </w:p>
        </w:tc>
        <w:tc>
          <w:tcPr>
            <w:tcW w:w="4608" w:type="dxa"/>
          </w:tcPr>
          <w:p w14:paraId="699CD998" w14:textId="77777777" w:rsidR="00711AC3" w:rsidRDefault="00FE320C">
            <w:pPr>
              <w:spacing w:after="80"/>
            </w:pPr>
            <w:proofErr w:type="spellStart"/>
            <w:r>
              <w:t>Yakınlık</w:t>
            </w:r>
            <w:proofErr w:type="spellEnd"/>
            <w:r>
              <w:t xml:space="preserve"> Derecesi: ...............................</w:t>
            </w:r>
          </w:p>
        </w:tc>
      </w:tr>
      <w:tr w:rsidR="00711AC3" w14:paraId="1F0258AE" w14:textId="77777777">
        <w:trPr>
          <w:jc w:val="center"/>
        </w:trPr>
        <w:tc>
          <w:tcPr>
            <w:tcW w:w="4752" w:type="dxa"/>
          </w:tcPr>
          <w:p w14:paraId="651037C5" w14:textId="77777777" w:rsidR="00711AC3" w:rsidRDefault="00FE320C">
            <w:pPr>
              <w:spacing w:after="80"/>
            </w:pPr>
            <w:proofErr w:type="spellStart"/>
            <w:r>
              <w:t>Doğum</w:t>
            </w:r>
            <w:proofErr w:type="spellEnd"/>
            <w:r>
              <w:t xml:space="preserve"> </w:t>
            </w:r>
            <w:proofErr w:type="spellStart"/>
            <w:r>
              <w:t>Tarihi</w:t>
            </w:r>
            <w:proofErr w:type="spellEnd"/>
            <w:r>
              <w:t>: ........................................</w:t>
            </w:r>
          </w:p>
        </w:tc>
        <w:tc>
          <w:tcPr>
            <w:tcW w:w="4608" w:type="dxa"/>
          </w:tcPr>
          <w:p w14:paraId="3A385ADB" w14:textId="77777777" w:rsidR="00711AC3" w:rsidRDefault="00FE320C">
            <w:pPr>
              <w:spacing w:after="80"/>
            </w:pPr>
            <w:proofErr w:type="spellStart"/>
            <w:r>
              <w:t>İmza</w:t>
            </w:r>
            <w:proofErr w:type="spellEnd"/>
            <w:r>
              <w:t>: .......................................................</w:t>
            </w:r>
          </w:p>
        </w:tc>
      </w:tr>
      <w:tr w:rsidR="00711AC3" w14:paraId="3D7B01D2" w14:textId="77777777">
        <w:trPr>
          <w:jc w:val="center"/>
        </w:trPr>
        <w:tc>
          <w:tcPr>
            <w:tcW w:w="4752" w:type="dxa"/>
          </w:tcPr>
          <w:p w14:paraId="3810CBE0" w14:textId="77777777" w:rsidR="00711AC3" w:rsidRDefault="00FE320C">
            <w:pPr>
              <w:spacing w:after="80"/>
            </w:pPr>
            <w:proofErr w:type="spellStart"/>
            <w:r>
              <w:t>İletişim</w:t>
            </w:r>
            <w:proofErr w:type="spellEnd"/>
            <w:r>
              <w:t xml:space="preserve"> </w:t>
            </w:r>
            <w:proofErr w:type="spellStart"/>
            <w:r>
              <w:t>Numarası</w:t>
            </w:r>
            <w:proofErr w:type="spellEnd"/>
            <w:r>
              <w:t>: .................................</w:t>
            </w:r>
          </w:p>
        </w:tc>
        <w:tc>
          <w:tcPr>
            <w:tcW w:w="4608" w:type="dxa"/>
          </w:tcPr>
          <w:p w14:paraId="776A20D8" w14:textId="77777777" w:rsidR="00711AC3" w:rsidRDefault="00711AC3">
            <w:pPr>
              <w:spacing w:after="80"/>
            </w:pPr>
          </w:p>
        </w:tc>
      </w:tr>
    </w:tbl>
    <w:p w14:paraId="330198CD" w14:textId="77777777" w:rsidR="00711AC3" w:rsidRDefault="00711AC3">
      <w:pPr>
        <w:spacing w:before="280" w:after="80"/>
      </w:pPr>
    </w:p>
    <w:p w14:paraId="5F4FBD33" w14:textId="77777777" w:rsidR="00FE320C" w:rsidRDefault="00FE320C">
      <w:pPr>
        <w:jc w:val="center"/>
        <w:rPr>
          <w:b/>
          <w:sz w:val="24"/>
        </w:rPr>
      </w:pPr>
    </w:p>
    <w:p w14:paraId="111A275F" w14:textId="77777777" w:rsidR="00711AC3" w:rsidRDefault="00FE320C">
      <w:pPr>
        <w:jc w:val="center"/>
      </w:pPr>
      <w:r>
        <w:rPr>
          <w:b/>
          <w:sz w:val="24"/>
        </w:rPr>
        <w:t>TAAHHÜTNAME</w:t>
      </w:r>
    </w:p>
    <w:p w14:paraId="336512D2" w14:textId="77777777" w:rsidR="00711AC3" w:rsidRDefault="00FE320C">
      <w:pPr>
        <w:spacing w:after="120"/>
        <w:jc w:val="both"/>
      </w:pPr>
      <w:r>
        <w:rPr>
          <w:b/>
        </w:rPr>
        <w:t xml:space="preserve">1- </w:t>
      </w:r>
      <w:proofErr w:type="spellStart"/>
      <w:r>
        <w:t>Başvuruda</w:t>
      </w:r>
      <w:proofErr w:type="spellEnd"/>
      <w:r>
        <w:t xml:space="preserve"> </w:t>
      </w:r>
      <w:proofErr w:type="spellStart"/>
      <w:r>
        <w:t>beyan</w:t>
      </w:r>
      <w:proofErr w:type="spellEnd"/>
      <w:r>
        <w:t xml:space="preserve"> </w:t>
      </w:r>
      <w:proofErr w:type="spellStart"/>
      <w:r>
        <w:t>ettiğim</w:t>
      </w:r>
      <w:proofErr w:type="spellEnd"/>
      <w:r>
        <w:t xml:space="preserve"> </w:t>
      </w:r>
      <w:proofErr w:type="spellStart"/>
      <w:r>
        <w:t>kimlik</w:t>
      </w:r>
      <w:proofErr w:type="spellEnd"/>
      <w:r>
        <w:t xml:space="preserve"> </w:t>
      </w:r>
      <w:proofErr w:type="spellStart"/>
      <w:r>
        <w:t>bilgilerinin</w:t>
      </w:r>
      <w:proofErr w:type="spellEnd"/>
      <w:r>
        <w:t xml:space="preserve"> </w:t>
      </w:r>
      <w:proofErr w:type="spellStart"/>
      <w:r>
        <w:t>velisi</w:t>
      </w:r>
      <w:proofErr w:type="spellEnd"/>
      <w:r>
        <w:t xml:space="preserve"> </w:t>
      </w:r>
      <w:proofErr w:type="spellStart"/>
      <w:r>
        <w:t>olduğum</w:t>
      </w:r>
      <w:proofErr w:type="spellEnd"/>
      <w:r>
        <w:t xml:space="preserve"> </w:t>
      </w:r>
      <w:proofErr w:type="spellStart"/>
      <w:r>
        <w:t>çocuğuma</w:t>
      </w:r>
      <w:proofErr w:type="spellEnd"/>
      <w:r>
        <w:t xml:space="preserve"> </w:t>
      </w:r>
      <w:proofErr w:type="spellStart"/>
      <w:r>
        <w:t>ait</w:t>
      </w:r>
      <w:proofErr w:type="spellEnd"/>
      <w:r>
        <w:t xml:space="preserve"> </w:t>
      </w:r>
      <w:proofErr w:type="spellStart"/>
      <w:r>
        <w:t>olduğunu</w:t>
      </w:r>
      <w:proofErr w:type="spellEnd"/>
      <w:r>
        <w:t>,</w:t>
      </w:r>
    </w:p>
    <w:p w14:paraId="478FDBAE" w14:textId="77777777" w:rsidR="00711AC3" w:rsidRDefault="00FE320C">
      <w:pPr>
        <w:spacing w:after="120"/>
        <w:jc w:val="both"/>
      </w:pPr>
      <w:r>
        <w:rPr>
          <w:b/>
        </w:rPr>
        <w:t xml:space="preserve">2- </w:t>
      </w:r>
      <w:proofErr w:type="spellStart"/>
      <w:r>
        <w:t>Velisi</w:t>
      </w:r>
      <w:proofErr w:type="spellEnd"/>
      <w:r>
        <w:t xml:space="preserve"> </w:t>
      </w:r>
      <w:proofErr w:type="spellStart"/>
      <w:r>
        <w:t>olduğum</w:t>
      </w:r>
      <w:proofErr w:type="spellEnd"/>
      <w:r>
        <w:t xml:space="preserve"> </w:t>
      </w:r>
      <w:proofErr w:type="spellStart"/>
      <w:r>
        <w:t>çocuğumun</w:t>
      </w:r>
      <w:proofErr w:type="spellEnd"/>
      <w:r>
        <w:t xml:space="preserve"> </w:t>
      </w:r>
      <w:r>
        <w:rPr>
          <w:b/>
          <w:u w:val="single"/>
        </w:rPr>
        <w:t xml:space="preserve">16-18 </w:t>
      </w:r>
      <w:proofErr w:type="spellStart"/>
      <w:r>
        <w:rPr>
          <w:b/>
          <w:u w:val="single"/>
        </w:rPr>
        <w:t>yaş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aralığında</w:t>
      </w:r>
      <w:proofErr w:type="spellEnd"/>
      <w:r>
        <w:t xml:space="preserve"> </w:t>
      </w:r>
      <w:proofErr w:type="spellStart"/>
      <w:r>
        <w:t>olduğunu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başına</w:t>
      </w:r>
      <w:proofErr w:type="spellEnd"/>
      <w:r>
        <w:t xml:space="preserve"> </w:t>
      </w:r>
      <w:proofErr w:type="spellStart"/>
      <w:r>
        <w:t>havuzda</w:t>
      </w:r>
      <w:proofErr w:type="spellEnd"/>
      <w:r>
        <w:t xml:space="preserve"> </w:t>
      </w:r>
      <w:proofErr w:type="spellStart"/>
      <w:r>
        <w:t>yüzebileceğini</w:t>
      </w:r>
      <w:proofErr w:type="spellEnd"/>
      <w:r>
        <w:t>,</w:t>
      </w:r>
    </w:p>
    <w:p w14:paraId="74EB706F" w14:textId="77777777" w:rsidR="00711AC3" w:rsidRDefault="00FE320C">
      <w:pPr>
        <w:spacing w:after="120"/>
        <w:jc w:val="both"/>
      </w:pPr>
      <w:r>
        <w:rPr>
          <w:b/>
        </w:rPr>
        <w:t xml:space="preserve">3- </w:t>
      </w:r>
      <w:proofErr w:type="spellStart"/>
      <w:r>
        <w:t>Havuz</w:t>
      </w:r>
      <w:proofErr w:type="spellEnd"/>
      <w:r>
        <w:t xml:space="preserve"> </w:t>
      </w:r>
      <w:proofErr w:type="spellStart"/>
      <w:r>
        <w:t>içerisinde</w:t>
      </w:r>
      <w:proofErr w:type="spellEnd"/>
      <w:r>
        <w:t xml:space="preserve"> </w:t>
      </w:r>
      <w:proofErr w:type="spellStart"/>
      <w:r>
        <w:t>velisi</w:t>
      </w:r>
      <w:proofErr w:type="spellEnd"/>
      <w:r>
        <w:t xml:space="preserve"> </w:t>
      </w:r>
      <w:proofErr w:type="spellStart"/>
      <w:r>
        <w:t>olduğum</w:t>
      </w:r>
      <w:proofErr w:type="spellEnd"/>
      <w:r>
        <w:t xml:space="preserve"> </w:t>
      </w:r>
      <w:proofErr w:type="spellStart"/>
      <w:r>
        <w:t>çocuğun</w:t>
      </w:r>
      <w:proofErr w:type="spellEnd"/>
      <w:r>
        <w:t xml:space="preserve"> her </w:t>
      </w:r>
      <w:proofErr w:type="spellStart"/>
      <w:r>
        <w:t>türlü</w:t>
      </w:r>
      <w:proofErr w:type="spellEnd"/>
      <w:r>
        <w:t xml:space="preserve"> </w:t>
      </w:r>
      <w:proofErr w:type="spellStart"/>
      <w:r>
        <w:t>sorumluluğunun</w:t>
      </w:r>
      <w:proofErr w:type="spellEnd"/>
      <w:r>
        <w:t xml:space="preserve"> </w:t>
      </w:r>
      <w:proofErr w:type="spellStart"/>
      <w:r>
        <w:t>bana</w:t>
      </w:r>
      <w:proofErr w:type="spellEnd"/>
      <w:r>
        <w:t xml:space="preserve"> </w:t>
      </w:r>
      <w:proofErr w:type="spellStart"/>
      <w:r>
        <w:t>ait</w:t>
      </w:r>
      <w:proofErr w:type="spellEnd"/>
      <w:r>
        <w:t xml:space="preserve"> </w:t>
      </w:r>
      <w:proofErr w:type="spellStart"/>
      <w:r>
        <w:t>olduğunu</w:t>
      </w:r>
      <w:proofErr w:type="spellEnd"/>
      <w:r>
        <w:t>,</w:t>
      </w:r>
    </w:p>
    <w:p w14:paraId="07454472" w14:textId="77777777" w:rsidR="00711AC3" w:rsidRDefault="00FE320C">
      <w:pPr>
        <w:spacing w:after="120"/>
        <w:jc w:val="both"/>
      </w:pPr>
      <w:r>
        <w:rPr>
          <w:b/>
        </w:rPr>
        <w:t xml:space="preserve">4- </w:t>
      </w:r>
      <w:r>
        <w:t xml:space="preserve">Bu </w:t>
      </w:r>
      <w:proofErr w:type="spellStart"/>
      <w:r>
        <w:t>taahhütnameyi</w:t>
      </w:r>
      <w:proofErr w:type="spellEnd"/>
      <w:r>
        <w:t xml:space="preserve"> </w:t>
      </w:r>
      <w:proofErr w:type="spellStart"/>
      <w:r>
        <w:t>imzalayarak</w:t>
      </w:r>
      <w:proofErr w:type="spellEnd"/>
      <w:r>
        <w:t xml:space="preserve"> </w:t>
      </w:r>
      <w:proofErr w:type="spellStart"/>
      <w:r>
        <w:t>havuzda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başına</w:t>
      </w:r>
      <w:proofErr w:type="spellEnd"/>
      <w:r>
        <w:t xml:space="preserve"> </w:t>
      </w:r>
      <w:proofErr w:type="spellStart"/>
      <w:r>
        <w:t>yüzmesine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verdiğim</w:t>
      </w:r>
      <w:proofErr w:type="spellEnd"/>
      <w:r>
        <w:t xml:space="preserve"> </w:t>
      </w:r>
      <w:proofErr w:type="spellStart"/>
      <w:r>
        <w:t>çocuğumun</w:t>
      </w:r>
      <w:proofErr w:type="spellEnd"/>
      <w:r>
        <w:t xml:space="preserve"> (</w:t>
      </w:r>
      <w:proofErr w:type="spellStart"/>
      <w:r>
        <w:t>oğlumun</w:t>
      </w:r>
      <w:proofErr w:type="spellEnd"/>
      <w:r>
        <w:t>/</w:t>
      </w:r>
      <w:proofErr w:type="spellStart"/>
      <w:r>
        <w:t>kızımın</w:t>
      </w:r>
      <w:proofErr w:type="spellEnd"/>
      <w:r>
        <w:t xml:space="preserve">) </w:t>
      </w:r>
      <w:proofErr w:type="spellStart"/>
      <w:r>
        <w:t>oluşabilecek</w:t>
      </w:r>
      <w:proofErr w:type="spellEnd"/>
      <w:r>
        <w:t xml:space="preserve"> </w:t>
      </w:r>
      <w:proofErr w:type="spellStart"/>
      <w:r>
        <w:t>yaralanmalardan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incinmelerden</w:t>
      </w:r>
      <w:proofErr w:type="spellEnd"/>
      <w:r>
        <w:t xml:space="preserve"> </w:t>
      </w:r>
      <w:proofErr w:type="spellStart"/>
      <w:r>
        <w:t>doğan</w:t>
      </w:r>
      <w:proofErr w:type="spellEnd"/>
      <w:r>
        <w:t xml:space="preserve"> </w:t>
      </w:r>
      <w:proofErr w:type="spellStart"/>
      <w:r>
        <w:t>hasar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zarara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iddia</w:t>
      </w:r>
      <w:proofErr w:type="spellEnd"/>
      <w:r>
        <w:t xml:space="preserve">, </w:t>
      </w:r>
      <w:proofErr w:type="spellStart"/>
      <w:r>
        <w:t>talep</w:t>
      </w:r>
      <w:proofErr w:type="spellEnd"/>
      <w:r>
        <w:t xml:space="preserve">, </w:t>
      </w:r>
      <w:proofErr w:type="spellStart"/>
      <w:r>
        <w:t>hukuk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ceza</w:t>
      </w:r>
      <w:proofErr w:type="spellEnd"/>
      <w:r>
        <w:t xml:space="preserve"> </w:t>
      </w:r>
      <w:proofErr w:type="spellStart"/>
      <w:r>
        <w:t>davalarından</w:t>
      </w:r>
      <w:proofErr w:type="spellEnd"/>
      <w:r>
        <w:t xml:space="preserve"> Yıldız Teknik </w:t>
      </w:r>
      <w:proofErr w:type="spellStart"/>
      <w:r>
        <w:t>Üniversitesi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çalışanlarını</w:t>
      </w:r>
      <w:proofErr w:type="spellEnd"/>
      <w:r>
        <w:t xml:space="preserve"> </w:t>
      </w:r>
      <w:proofErr w:type="spellStart"/>
      <w:r>
        <w:t>sorumlu</w:t>
      </w:r>
      <w:proofErr w:type="spellEnd"/>
      <w:r>
        <w:t xml:space="preserve"> </w:t>
      </w:r>
      <w:proofErr w:type="spellStart"/>
      <w:r>
        <w:t>tutmayacağımı</w:t>
      </w:r>
      <w:proofErr w:type="spellEnd"/>
      <w:r>
        <w:t xml:space="preserve"> </w:t>
      </w:r>
      <w:proofErr w:type="spellStart"/>
      <w:r>
        <w:t>tamamen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süresiz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burada</w:t>
      </w:r>
      <w:proofErr w:type="spellEnd"/>
      <w:r>
        <w:t xml:space="preserve"> </w:t>
      </w:r>
      <w:proofErr w:type="spellStart"/>
      <w:r>
        <w:t>muaf</w:t>
      </w:r>
      <w:proofErr w:type="spellEnd"/>
      <w:r>
        <w:t xml:space="preserve"> </w:t>
      </w:r>
      <w:proofErr w:type="spellStart"/>
      <w:r>
        <w:t>kılmış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ibraz</w:t>
      </w:r>
      <w:proofErr w:type="spellEnd"/>
      <w:r>
        <w:t xml:space="preserve"> </w:t>
      </w:r>
      <w:proofErr w:type="spellStart"/>
      <w:r>
        <w:t>ettiğimi</w:t>
      </w:r>
      <w:proofErr w:type="spellEnd"/>
      <w:r>
        <w:t xml:space="preserve"> </w:t>
      </w:r>
      <w:proofErr w:type="spellStart"/>
      <w:r>
        <w:t>belirtiyorum</w:t>
      </w:r>
      <w:proofErr w:type="spellEnd"/>
      <w:r>
        <w:t>.</w:t>
      </w:r>
    </w:p>
    <w:p w14:paraId="075F6F1B" w14:textId="77777777" w:rsidR="00711AC3" w:rsidRDefault="00FE320C">
      <w:pPr>
        <w:spacing w:before="240" w:after="280"/>
        <w:jc w:val="center"/>
      </w:pPr>
      <w:r w:rsidRPr="00FE320C">
        <w:rPr>
          <w:b/>
          <w:sz w:val="40"/>
        </w:rPr>
        <w:t xml:space="preserve">☐ </w:t>
      </w:r>
      <w:r>
        <w:rPr>
          <w:b/>
        </w:rPr>
        <w:t xml:space="preserve">          </w:t>
      </w:r>
      <w:proofErr w:type="spellStart"/>
      <w:r>
        <w:rPr>
          <w:b/>
        </w:rPr>
        <w:t>Okudum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anladım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kabul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ediyorum</w:t>
      </w:r>
      <w:proofErr w:type="spellEnd"/>
      <w:r>
        <w:rPr>
          <w:b/>
        </w:rPr>
        <w:t>.</w:t>
      </w:r>
    </w:p>
    <w:p w14:paraId="7336204B" w14:textId="77777777" w:rsidR="00711AC3" w:rsidRDefault="00FE320C">
      <w:pPr>
        <w:spacing w:before="160" w:after="80"/>
      </w:pPr>
      <w:r>
        <w:rPr>
          <w:b/>
        </w:rPr>
        <w:t>UYARI</w:t>
      </w:r>
    </w:p>
    <w:p w14:paraId="7E81D401" w14:textId="77777777" w:rsidR="00711AC3" w:rsidRDefault="00FE320C">
      <w:pPr>
        <w:jc w:val="both"/>
      </w:pPr>
      <w:r>
        <w:rPr>
          <w:b/>
        </w:rPr>
        <w:t xml:space="preserve">1- </w:t>
      </w:r>
      <w:proofErr w:type="spellStart"/>
      <w:r>
        <w:t>Taahhütnamede</w:t>
      </w:r>
      <w:proofErr w:type="spellEnd"/>
      <w:r>
        <w:t xml:space="preserve"> 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hususları</w:t>
      </w:r>
      <w:proofErr w:type="spellEnd"/>
      <w:r>
        <w:t xml:space="preserve"> </w:t>
      </w:r>
      <w:proofErr w:type="spellStart"/>
      <w:r>
        <w:t>teyit</w:t>
      </w:r>
      <w:proofErr w:type="spellEnd"/>
      <w:r>
        <w:t xml:space="preserve"> </w:t>
      </w:r>
      <w:proofErr w:type="spellStart"/>
      <w:r>
        <w:t>ettiği</w:t>
      </w:r>
      <w:proofErr w:type="spellEnd"/>
      <w:r>
        <w:t xml:space="preserve"> </w:t>
      </w:r>
      <w:proofErr w:type="spellStart"/>
      <w:r>
        <w:t>halde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durumla</w:t>
      </w:r>
      <w:proofErr w:type="spellEnd"/>
      <w:r>
        <w:t xml:space="preserve"> </w:t>
      </w:r>
      <w:proofErr w:type="spellStart"/>
      <w:r>
        <w:t>karşılaşılması</w:t>
      </w:r>
      <w:proofErr w:type="spellEnd"/>
      <w:r>
        <w:t xml:space="preserve"> </w:t>
      </w:r>
      <w:proofErr w:type="spellStart"/>
      <w:r>
        <w:t>durumunda</w:t>
      </w:r>
      <w:proofErr w:type="spellEnd"/>
      <w:r>
        <w:t xml:space="preserve">, </w:t>
      </w:r>
      <w:proofErr w:type="spellStart"/>
      <w:r>
        <w:t>ismi</w:t>
      </w:r>
      <w:proofErr w:type="spellEnd"/>
      <w:r>
        <w:t xml:space="preserve"> </w:t>
      </w:r>
      <w:proofErr w:type="spellStart"/>
      <w:r>
        <w:t>geçen</w:t>
      </w:r>
      <w:proofErr w:type="spellEnd"/>
      <w:r>
        <w:t xml:space="preserve"> </w:t>
      </w:r>
      <w:proofErr w:type="spellStart"/>
      <w:r>
        <w:t>çocuğun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daha</w:t>
      </w:r>
      <w:proofErr w:type="spellEnd"/>
      <w:r>
        <w:t xml:space="preserve"> </w:t>
      </w:r>
      <w:proofErr w:type="spellStart"/>
      <w:r>
        <w:t>havuza</w:t>
      </w:r>
      <w:proofErr w:type="spellEnd"/>
      <w:r>
        <w:t xml:space="preserve"> </w:t>
      </w:r>
      <w:proofErr w:type="spellStart"/>
      <w:r>
        <w:t>girişi</w:t>
      </w:r>
      <w:proofErr w:type="spellEnd"/>
      <w:r>
        <w:t xml:space="preserve"> </w:t>
      </w:r>
      <w:proofErr w:type="spellStart"/>
      <w:r>
        <w:t>kabul</w:t>
      </w:r>
      <w:proofErr w:type="spellEnd"/>
      <w:r>
        <w:t xml:space="preserve"> </w:t>
      </w:r>
      <w:proofErr w:type="spellStart"/>
      <w:r>
        <w:t>edilmeyecek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havuzdan</w:t>
      </w:r>
      <w:proofErr w:type="spellEnd"/>
      <w:r>
        <w:t xml:space="preserve"> </w:t>
      </w:r>
      <w:proofErr w:type="spellStart"/>
      <w:r>
        <w:t>faydalanamayacaktır</w:t>
      </w:r>
      <w:proofErr w:type="spellEnd"/>
      <w:r>
        <w:t>.</w:t>
      </w:r>
    </w:p>
    <w:sectPr w:rsidR="00711AC3" w:rsidSect="00034616">
      <w:footerReference w:type="default" r:id="rId9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7EB89" w14:textId="77777777" w:rsidR="00CB00C5" w:rsidRDefault="00CB00C5" w:rsidP="00092945">
      <w:pPr>
        <w:spacing w:after="0" w:line="240" w:lineRule="auto"/>
      </w:pPr>
      <w:r>
        <w:separator/>
      </w:r>
    </w:p>
  </w:endnote>
  <w:endnote w:type="continuationSeparator" w:id="0">
    <w:p w14:paraId="175EA58F" w14:textId="77777777" w:rsidR="00CB00C5" w:rsidRDefault="00CB00C5" w:rsidP="0009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0F321" w14:textId="464752AE" w:rsidR="00092945" w:rsidRDefault="00092945" w:rsidP="00092945">
    <w:pPr>
      <w:pStyle w:val="AltBilgi"/>
    </w:pPr>
    <w:r>
      <w:rPr>
        <w:rFonts w:cs="Arial"/>
        <w:i/>
        <w:sz w:val="16"/>
      </w:rPr>
      <w:t>(Form No: FR-202</w:t>
    </w:r>
    <w:r>
      <w:rPr>
        <w:rFonts w:cs="Arial"/>
        <w:i/>
        <w:sz w:val="16"/>
      </w:rPr>
      <w:t>9</w:t>
    </w:r>
    <w:r>
      <w:rPr>
        <w:rFonts w:cs="Arial"/>
        <w:i/>
        <w:sz w:val="16"/>
      </w:rPr>
      <w:t>; Revizyon Tarih</w:t>
    </w:r>
    <w:proofErr w:type="spellStart"/>
    <w:r>
      <w:rPr>
        <w:rFonts w:cs="Arial"/>
        <w:i/>
        <w:sz w:val="16"/>
      </w:rPr>
      <w:t>i</w:t>
    </w:r>
    <w:proofErr w:type="spellEnd"/>
    <w:r>
      <w:rPr>
        <w:rFonts w:cs="Arial"/>
        <w:i/>
        <w:sz w:val="16"/>
      </w:rPr>
      <w:t xml:space="preserve">: </w:t>
    </w:r>
    <w:r>
      <w:rPr>
        <w:rFonts w:cs="Arial"/>
        <w:i/>
        <w:sz w:val="16"/>
      </w:rPr>
      <w:t>08.10</w:t>
    </w:r>
    <w:r>
      <w:rPr>
        <w:rFonts w:cs="Arial"/>
        <w:i/>
        <w:sz w:val="16"/>
      </w:rPr>
      <w:t>.2026; Revizyon No:00)</w:t>
    </w:r>
  </w:p>
  <w:p w14:paraId="70957737" w14:textId="292B2421" w:rsidR="00092945" w:rsidRDefault="00092945">
    <w:pPr>
      <w:pStyle w:val="AltBilgi"/>
    </w:pPr>
  </w:p>
  <w:p w14:paraId="1ABB6B6B" w14:textId="77777777" w:rsidR="00092945" w:rsidRDefault="0009294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8F627" w14:textId="77777777" w:rsidR="00CB00C5" w:rsidRDefault="00CB00C5" w:rsidP="00092945">
      <w:pPr>
        <w:spacing w:after="0" w:line="240" w:lineRule="auto"/>
      </w:pPr>
      <w:r>
        <w:separator/>
      </w:r>
    </w:p>
  </w:footnote>
  <w:footnote w:type="continuationSeparator" w:id="0">
    <w:p w14:paraId="58025609" w14:textId="77777777" w:rsidR="00CB00C5" w:rsidRDefault="00CB00C5" w:rsidP="00092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ECD0368"/>
    <w:multiLevelType w:val="multilevel"/>
    <w:tmpl w:val="CD12A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3714838">
    <w:abstractNumId w:val="8"/>
  </w:num>
  <w:num w:numId="2" w16cid:durableId="1562523510">
    <w:abstractNumId w:val="6"/>
  </w:num>
  <w:num w:numId="3" w16cid:durableId="1615483761">
    <w:abstractNumId w:val="5"/>
  </w:num>
  <w:num w:numId="4" w16cid:durableId="1081179017">
    <w:abstractNumId w:val="4"/>
  </w:num>
  <w:num w:numId="5" w16cid:durableId="882401308">
    <w:abstractNumId w:val="7"/>
  </w:num>
  <w:num w:numId="6" w16cid:durableId="1441030097">
    <w:abstractNumId w:val="3"/>
  </w:num>
  <w:num w:numId="7" w16cid:durableId="137385209">
    <w:abstractNumId w:val="2"/>
  </w:num>
  <w:num w:numId="8" w16cid:durableId="1657344229">
    <w:abstractNumId w:val="1"/>
  </w:num>
  <w:num w:numId="9" w16cid:durableId="486749389">
    <w:abstractNumId w:val="0"/>
  </w:num>
  <w:num w:numId="10" w16cid:durableId="2776847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A19"/>
    <w:rsid w:val="00092945"/>
    <w:rsid w:val="0015074B"/>
    <w:rsid w:val="0029639D"/>
    <w:rsid w:val="00326F90"/>
    <w:rsid w:val="00711AC3"/>
    <w:rsid w:val="008824BC"/>
    <w:rsid w:val="00976D08"/>
    <w:rsid w:val="009A6D73"/>
    <w:rsid w:val="00AA1D8D"/>
    <w:rsid w:val="00B47730"/>
    <w:rsid w:val="00CB00C5"/>
    <w:rsid w:val="00CB0664"/>
    <w:rsid w:val="00E04971"/>
    <w:rsid w:val="00FC693F"/>
    <w:rsid w:val="00FE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3B370E"/>
  <w14:defaultImageDpi w14:val="300"/>
  <w15:docId w15:val="{B4D06519-58E9-49AB-A481-CBE783A7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22222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702C81-9BD2-4BD5-9793-2BD98A3D2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Ceylan Merve BİNİCİ</cp:lastModifiedBy>
  <cp:revision>2</cp:revision>
  <dcterms:created xsi:type="dcterms:W3CDTF">2026-10-08T08:41:00Z</dcterms:created>
  <dcterms:modified xsi:type="dcterms:W3CDTF">2026-10-08T08:41:00Z</dcterms:modified>
  <cp:category/>
</cp:coreProperties>
</file>